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231D" w:rsidRDefault="00504A29"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>
            <wp:extent cx="4480560" cy="61607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f9deb303a1453b8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616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231D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504A29"/>
    <w:rsid w:val="0075231D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40434DA5-7E0F-40BD-9D83-57B7804B7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193AE4C-F4AD-4EE4-8103-D576E38AA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Smith</cp:lastModifiedBy>
  <cp:revision>2</cp:revision>
  <dcterms:created xsi:type="dcterms:W3CDTF">2021-06-15T13:18:00Z</dcterms:created>
  <dcterms:modified xsi:type="dcterms:W3CDTF">2021-06-15T13:18:00Z</dcterms:modified>
  <cp:category/>
</cp:coreProperties>
</file>